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EBCE" w14:textId="77777777" w:rsidR="00FA184F" w:rsidRPr="005B7D87" w:rsidRDefault="00000000">
      <w:pPr>
        <w:spacing w:after="0" w:line="240" w:lineRule="auto"/>
        <w:jc w:val="center"/>
        <w:rPr>
          <w:sz w:val="24"/>
          <w:szCs w:val="24"/>
        </w:rPr>
      </w:pPr>
      <w:r w:rsidRPr="005B7D87">
        <w:rPr>
          <w:b/>
          <w:sz w:val="24"/>
          <w:szCs w:val="24"/>
        </w:rPr>
        <w:t>T.C.</w:t>
      </w:r>
    </w:p>
    <w:p w14:paraId="4DE0EDF0" w14:textId="77777777" w:rsidR="00FA184F" w:rsidRPr="005B7D87" w:rsidRDefault="00000000">
      <w:pPr>
        <w:spacing w:after="0" w:line="240" w:lineRule="auto"/>
        <w:jc w:val="center"/>
        <w:rPr>
          <w:sz w:val="24"/>
          <w:szCs w:val="24"/>
        </w:rPr>
      </w:pPr>
      <w:r w:rsidRPr="005B7D87">
        <w:rPr>
          <w:b/>
          <w:sz w:val="24"/>
          <w:szCs w:val="24"/>
        </w:rPr>
        <w:t>BANDIRMA ONYEDİ EYLÜL ÜNİVERSİTESİ</w:t>
      </w:r>
    </w:p>
    <w:p w14:paraId="4915018E" w14:textId="77777777" w:rsidR="00FA184F" w:rsidRPr="005B7D87" w:rsidRDefault="00000000">
      <w:pPr>
        <w:spacing w:after="0" w:line="240" w:lineRule="auto"/>
        <w:jc w:val="center"/>
        <w:rPr>
          <w:sz w:val="24"/>
          <w:szCs w:val="24"/>
        </w:rPr>
      </w:pPr>
      <w:r w:rsidRPr="005B7D87">
        <w:rPr>
          <w:b/>
          <w:sz w:val="24"/>
          <w:szCs w:val="24"/>
        </w:rPr>
        <w:t>İNSAN VE TOPLUM BİLİMLERİ FAKÜLTESİ</w:t>
      </w:r>
    </w:p>
    <w:p w14:paraId="45E9779B" w14:textId="77777777" w:rsidR="00FA184F" w:rsidRPr="005B7D87" w:rsidRDefault="00000000">
      <w:pPr>
        <w:spacing w:after="0" w:line="240" w:lineRule="auto"/>
        <w:jc w:val="center"/>
        <w:rPr>
          <w:sz w:val="24"/>
          <w:szCs w:val="24"/>
        </w:rPr>
      </w:pPr>
      <w:r w:rsidRPr="005B7D87">
        <w:rPr>
          <w:b/>
          <w:sz w:val="24"/>
          <w:szCs w:val="24"/>
        </w:rPr>
        <w:t>TARİH BÖLÜM BAŞKANLIĞI</w:t>
      </w:r>
    </w:p>
    <w:p w14:paraId="289E590A" w14:textId="77777777" w:rsidR="00FA184F" w:rsidRPr="005B7D87" w:rsidRDefault="00000000">
      <w:pPr>
        <w:spacing w:before="80" w:after="80"/>
        <w:jc w:val="center"/>
        <w:rPr>
          <w:sz w:val="24"/>
          <w:szCs w:val="24"/>
        </w:rPr>
      </w:pPr>
      <w:r w:rsidRPr="005B7D87">
        <w:rPr>
          <w:b/>
          <w:sz w:val="24"/>
          <w:szCs w:val="24"/>
        </w:rPr>
        <w:t>SINAV EVRAKI TESLİM-TESELLÜM FORMU</w:t>
      </w:r>
    </w:p>
    <w:p w14:paraId="4A26759B" w14:textId="77777777" w:rsidR="00FA184F" w:rsidRDefault="00000000">
      <w:pPr>
        <w:spacing w:before="80" w:after="80" w:line="240" w:lineRule="auto"/>
        <w:jc w:val="both"/>
        <w:rPr>
          <w:sz w:val="24"/>
          <w:szCs w:val="24"/>
        </w:rPr>
      </w:pPr>
      <w:r w:rsidRPr="005B7D87">
        <w:rPr>
          <w:sz w:val="24"/>
          <w:szCs w:val="24"/>
        </w:rPr>
        <w:t>Aşağıda bilgileri yer alan sınav evrakları, Bandırma Onyedi Eylül Üniversitesi Ön Lisans ve Lisans Eğitim-Öğretim ve Sınav Yönetmeliği'nin 21'inci maddesinin yedinci fıkrası uyarınca muhafaza edilmek ve arşivlenmek üzere teslim edilmiştir.</w:t>
      </w:r>
    </w:p>
    <w:p w14:paraId="12C61B6D" w14:textId="77777777" w:rsidR="005B7D87" w:rsidRPr="005B7D87" w:rsidRDefault="005B7D87">
      <w:pPr>
        <w:spacing w:before="80" w:after="80" w:line="240" w:lineRule="auto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1282"/>
        <w:gridCol w:w="3462"/>
        <w:gridCol w:w="2115"/>
        <w:gridCol w:w="2134"/>
        <w:gridCol w:w="2126"/>
        <w:gridCol w:w="3688"/>
      </w:tblGrid>
      <w:tr w:rsidR="005B7D87" w14:paraId="5DF2EDD0" w14:textId="77777777" w:rsidTr="005B7D87">
        <w:trPr>
          <w:trHeight w:val="397"/>
          <w:tblHeader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7A9200" w14:textId="77777777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Sıra</w:t>
            </w:r>
            <w:r>
              <w:rPr>
                <w:b/>
                <w:sz w:val="16"/>
              </w:rPr>
              <w:br/>
              <w:t>No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3FE9E9" w14:textId="77777777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Ders</w:t>
            </w:r>
            <w:r>
              <w:rPr>
                <w:b/>
                <w:sz w:val="16"/>
              </w:rPr>
              <w:br/>
              <w:t>Kodu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FD564D" w14:textId="77777777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Dersin Adı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E4ACD4" w14:textId="3AA28F35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Eğitim-Öğretim Yılı ve Dönemi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C70739" w14:textId="49C1DA04" w:rsidR="005B7D87" w:rsidRPr="005B7D87" w:rsidRDefault="005B7D87">
            <w:pPr>
              <w:spacing w:after="0" w:line="240" w:lineRule="auto"/>
              <w:jc w:val="center"/>
              <w:rPr>
                <w:b/>
                <w:bCs/>
              </w:rPr>
            </w:pPr>
            <w:r w:rsidRPr="005B7D87">
              <w:rPr>
                <w:b/>
                <w:bCs/>
              </w:rPr>
              <w:t>Sınav Türü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6CF71D" w14:textId="77777777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Evrak /</w:t>
            </w:r>
            <w:r>
              <w:rPr>
                <w:b/>
                <w:sz w:val="16"/>
              </w:rPr>
              <w:br/>
              <w:t>Dosya Adedi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4CE5AB" w14:textId="77777777" w:rsidR="005B7D87" w:rsidRDefault="005B7D87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Açıklama</w:t>
            </w:r>
          </w:p>
          <w:p w14:paraId="5072C4C1" w14:textId="016C259D" w:rsidR="005B7D87" w:rsidRDefault="005B7D8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(Dosya üstünde eksik açıklama ve imza var mı?-Eksik evrak var mı?)*</w:t>
            </w:r>
          </w:p>
        </w:tc>
      </w:tr>
      <w:tr w:rsidR="005B7D87" w14:paraId="40F50205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9A2C43" w14:textId="77777777" w:rsidR="005B7D87" w:rsidRDefault="005B7D87">
            <w:pPr>
              <w:spacing w:after="0" w:line="240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4A0EF29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03FC84" w14:textId="77777777" w:rsidR="005B7D87" w:rsidRDefault="005B7D87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FB4145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03F4CB" w14:textId="77777777" w:rsidR="005B7D87" w:rsidRDefault="005B7D8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D2EBFD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98EE25" w14:textId="77777777" w:rsidR="005B7D87" w:rsidRDefault="005B7D87">
            <w:pPr>
              <w:spacing w:after="0" w:line="240" w:lineRule="auto"/>
            </w:pPr>
          </w:p>
        </w:tc>
      </w:tr>
      <w:tr w:rsidR="005B7D87" w14:paraId="1CDC18A0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5B47F8" w14:textId="77777777" w:rsidR="005B7D87" w:rsidRDefault="005B7D87">
            <w:pPr>
              <w:spacing w:after="0" w:line="240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E4B9E1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BBBCD7" w14:textId="77777777" w:rsidR="005B7D87" w:rsidRDefault="005B7D87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483E40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88F54A" w14:textId="77777777" w:rsidR="005B7D87" w:rsidRDefault="005B7D8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370221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B18230" w14:textId="77777777" w:rsidR="005B7D87" w:rsidRDefault="005B7D87">
            <w:pPr>
              <w:spacing w:after="0" w:line="240" w:lineRule="auto"/>
            </w:pPr>
          </w:p>
        </w:tc>
      </w:tr>
      <w:tr w:rsidR="005B7D87" w14:paraId="40A81CCF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A961EC" w14:textId="77777777" w:rsidR="005B7D87" w:rsidRDefault="005B7D87">
            <w:pPr>
              <w:spacing w:after="0" w:line="240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1E60FA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7B4EDB" w14:textId="77777777" w:rsidR="005B7D87" w:rsidRDefault="005B7D87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8D011A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6FF83F" w14:textId="77777777" w:rsidR="005B7D87" w:rsidRDefault="005B7D8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934C66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3F1F7E" w14:textId="77777777" w:rsidR="005B7D87" w:rsidRDefault="005B7D87">
            <w:pPr>
              <w:spacing w:after="0" w:line="240" w:lineRule="auto"/>
            </w:pPr>
          </w:p>
        </w:tc>
      </w:tr>
      <w:tr w:rsidR="005B7D87" w14:paraId="7E8E8E85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660ABE" w14:textId="77777777" w:rsidR="005B7D87" w:rsidRDefault="005B7D87">
            <w:pPr>
              <w:spacing w:after="0" w:line="240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B6D0D2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75F22A" w14:textId="77777777" w:rsidR="005B7D87" w:rsidRDefault="005B7D87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D801FC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D0FA64" w14:textId="77777777" w:rsidR="005B7D87" w:rsidRDefault="005B7D8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2279A3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787788" w14:textId="77777777" w:rsidR="005B7D87" w:rsidRDefault="005B7D87">
            <w:pPr>
              <w:spacing w:after="0" w:line="240" w:lineRule="auto"/>
            </w:pPr>
          </w:p>
        </w:tc>
      </w:tr>
      <w:tr w:rsidR="005B7D87" w14:paraId="53269D64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FE76A8" w14:textId="77777777" w:rsidR="005B7D87" w:rsidRDefault="005B7D87">
            <w:pPr>
              <w:spacing w:after="0" w:line="240" w:lineRule="auto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1AEC10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DF0445" w14:textId="77777777" w:rsidR="005B7D87" w:rsidRDefault="005B7D87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B39877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ECFF6C" w14:textId="77777777" w:rsidR="005B7D87" w:rsidRDefault="005B7D87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0FA52E" w14:textId="77777777" w:rsidR="005B7D87" w:rsidRDefault="005B7D87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0BA0DA" w14:textId="77777777" w:rsidR="005B7D87" w:rsidRDefault="005B7D87">
            <w:pPr>
              <w:spacing w:after="0" w:line="240" w:lineRule="auto"/>
            </w:pPr>
          </w:p>
        </w:tc>
      </w:tr>
      <w:tr w:rsidR="000C6422" w14:paraId="798CA113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B3C7A8" w14:textId="4BFBEF25" w:rsidR="000C6422" w:rsidRDefault="000C6422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FF19F9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944A29" w14:textId="77777777" w:rsidR="000C6422" w:rsidRDefault="000C6422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EDFC88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1FDCDFE" w14:textId="77777777" w:rsidR="000C6422" w:rsidRDefault="000C6422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D441EC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F1BA80" w14:textId="77777777" w:rsidR="000C6422" w:rsidRDefault="000C6422">
            <w:pPr>
              <w:spacing w:after="0" w:line="240" w:lineRule="auto"/>
            </w:pPr>
          </w:p>
        </w:tc>
      </w:tr>
      <w:tr w:rsidR="000C6422" w14:paraId="374382DC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0C482C" w14:textId="1B1237AF" w:rsidR="000C6422" w:rsidRDefault="000C6422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39739D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150748" w14:textId="77777777" w:rsidR="000C6422" w:rsidRDefault="000C6422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C5264D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F5B4D50" w14:textId="77777777" w:rsidR="000C6422" w:rsidRDefault="000C6422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B1BAEC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5CC6CD" w14:textId="77777777" w:rsidR="000C6422" w:rsidRDefault="000C6422">
            <w:pPr>
              <w:spacing w:after="0" w:line="240" w:lineRule="auto"/>
            </w:pPr>
          </w:p>
        </w:tc>
      </w:tr>
      <w:tr w:rsidR="000C6422" w14:paraId="1D4DC7EF" w14:textId="77777777" w:rsidTr="005B7D87">
        <w:trPr>
          <w:trHeight w:val="455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000A57" w14:textId="24EEF4DD" w:rsidR="000C6422" w:rsidRDefault="000C6422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996BF9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CFE40F" w14:textId="77777777" w:rsidR="000C6422" w:rsidRDefault="000C6422">
            <w:pPr>
              <w:spacing w:after="0" w:line="240" w:lineRule="auto"/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6CDA8E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096D63" w14:textId="77777777" w:rsidR="000C6422" w:rsidRDefault="000C6422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B6517F" w14:textId="77777777" w:rsidR="000C6422" w:rsidRDefault="000C6422">
            <w:pPr>
              <w:spacing w:after="0" w:line="240" w:lineRule="auto"/>
              <w:jc w:val="center"/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614982" w14:textId="77777777" w:rsidR="000C6422" w:rsidRDefault="000C6422">
            <w:pPr>
              <w:spacing w:after="0" w:line="240" w:lineRule="auto"/>
            </w:pPr>
          </w:p>
        </w:tc>
      </w:tr>
    </w:tbl>
    <w:p w14:paraId="10BED840" w14:textId="798BC0B0" w:rsidR="00FA184F" w:rsidRDefault="005B7D87">
      <w:pPr>
        <w:spacing w:before="60" w:after="20" w:line="240" w:lineRule="auto"/>
      </w:pPr>
      <w:r>
        <w:rPr>
          <w:b/>
          <w:sz w:val="16"/>
        </w:rPr>
        <w:t xml:space="preserve">*Evrak kapsamı örnekleri: </w:t>
      </w:r>
      <w:r>
        <w:rPr>
          <w:sz w:val="16"/>
        </w:rPr>
        <w:t>soru kâğıdı, cevap anahtarı, öğrenci cevap kâğıtları, sınav yoklama/tutanağı, not çizelgesi ve ilgili diğer belgeler.</w:t>
      </w:r>
    </w:p>
    <w:p w14:paraId="047ADC0E" w14:textId="10286A89" w:rsidR="00FA184F" w:rsidRDefault="00FA184F">
      <w:pPr>
        <w:spacing w:before="20" w:after="6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3"/>
        <w:gridCol w:w="7483"/>
      </w:tblGrid>
      <w:tr w:rsidR="00FA184F" w14:paraId="66C43DD7" w14:textId="77777777">
        <w:trPr>
          <w:jc w:val="center"/>
        </w:trPr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58BF87" w14:textId="77777777" w:rsidR="00FA184F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TESLİM EDEN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B891F4" w14:textId="77777777" w:rsidR="00FA184F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TESLİM ALAN (ARŞİV GÖREVLİSİ)</w:t>
            </w:r>
          </w:p>
        </w:tc>
      </w:tr>
      <w:tr w:rsidR="00FA184F" w14:paraId="2FA19AB6" w14:textId="77777777">
        <w:trPr>
          <w:jc w:val="center"/>
        </w:trPr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855938" w14:textId="77777777" w:rsidR="00FA184F" w:rsidRDefault="00000000">
            <w:pPr>
              <w:spacing w:after="0" w:line="240" w:lineRule="auto"/>
            </w:pPr>
            <w:r>
              <w:rPr>
                <w:sz w:val="17"/>
              </w:rPr>
              <w:t>Ünvanı, Adı Soyadı: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BC7357" w14:textId="77777777" w:rsidR="00FA184F" w:rsidRDefault="00000000">
            <w:pPr>
              <w:spacing w:after="0" w:line="240" w:lineRule="auto"/>
            </w:pPr>
            <w:r>
              <w:rPr>
                <w:sz w:val="17"/>
              </w:rPr>
              <w:t>Ünvanı, Adı Soyadı: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FA184F" w14:paraId="30DAD53F" w14:textId="77777777">
        <w:trPr>
          <w:jc w:val="center"/>
        </w:trPr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B9043E" w14:textId="77777777" w:rsidR="00FA184F" w:rsidRDefault="00000000">
            <w:pPr>
              <w:spacing w:after="0" w:line="240" w:lineRule="auto"/>
            </w:pPr>
            <w:r>
              <w:rPr>
                <w:sz w:val="17"/>
              </w:rPr>
              <w:t>Tarih: .... / .... / ........                              İmza:</w:t>
            </w:r>
          </w:p>
        </w:tc>
        <w:tc>
          <w:tcPr>
            <w:tcW w:w="7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E4AD59" w14:textId="77777777" w:rsidR="00FA184F" w:rsidRDefault="00000000">
            <w:pPr>
              <w:spacing w:after="0" w:line="240" w:lineRule="auto"/>
            </w:pPr>
            <w:r>
              <w:rPr>
                <w:sz w:val="17"/>
              </w:rPr>
              <w:t>Tarih: .... / .... / ........                              İmza:</w:t>
            </w:r>
          </w:p>
        </w:tc>
      </w:tr>
    </w:tbl>
    <w:p w14:paraId="5633A847" w14:textId="77777777" w:rsidR="00FB55E4" w:rsidRDefault="00FB55E4"/>
    <w:sectPr w:rsidR="00FB55E4" w:rsidSect="00034616">
      <w:footerReference w:type="default" r:id="rId8"/>
      <w:pgSz w:w="16838" w:h="11906" w:orient="landscape"/>
      <w:pgMar w:top="680" w:right="737" w:bottom="680" w:left="737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7E42" w14:textId="77777777" w:rsidR="00E22614" w:rsidRDefault="00E22614">
      <w:pPr>
        <w:spacing w:after="0" w:line="240" w:lineRule="auto"/>
      </w:pPr>
      <w:r>
        <w:separator/>
      </w:r>
    </w:p>
  </w:endnote>
  <w:endnote w:type="continuationSeparator" w:id="0">
    <w:p w14:paraId="579EFE04" w14:textId="77777777" w:rsidR="00E22614" w:rsidRDefault="00E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49D8" w14:textId="77777777" w:rsidR="00FA184F" w:rsidRDefault="00000000">
    <w:pPr>
      <w:pStyle w:val="AltBilgi"/>
      <w:jc w:val="center"/>
    </w:pPr>
    <w:r>
      <w:rPr>
        <w:i/>
        <w:sz w:val="15"/>
      </w:rPr>
      <w:t>Bu form, Tarih Bölüm Başkanlığına teslim edilen sınav evraklarının kayıt altına alınması amacıyla düzenlenmiştir.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FAC2" w14:textId="77777777" w:rsidR="00E22614" w:rsidRDefault="00E22614">
      <w:pPr>
        <w:spacing w:after="0" w:line="240" w:lineRule="auto"/>
      </w:pPr>
      <w:r>
        <w:separator/>
      </w:r>
    </w:p>
  </w:footnote>
  <w:footnote w:type="continuationSeparator" w:id="0">
    <w:p w14:paraId="525534FA" w14:textId="77777777" w:rsidR="00E22614" w:rsidRDefault="00E22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2115422">
    <w:abstractNumId w:val="8"/>
  </w:num>
  <w:num w:numId="2" w16cid:durableId="1561136779">
    <w:abstractNumId w:val="6"/>
  </w:num>
  <w:num w:numId="3" w16cid:durableId="1523932603">
    <w:abstractNumId w:val="5"/>
  </w:num>
  <w:num w:numId="4" w16cid:durableId="163513113">
    <w:abstractNumId w:val="4"/>
  </w:num>
  <w:num w:numId="5" w16cid:durableId="1440027582">
    <w:abstractNumId w:val="7"/>
  </w:num>
  <w:num w:numId="6" w16cid:durableId="1746564159">
    <w:abstractNumId w:val="3"/>
  </w:num>
  <w:num w:numId="7" w16cid:durableId="382951292">
    <w:abstractNumId w:val="2"/>
  </w:num>
  <w:num w:numId="8" w16cid:durableId="1443644816">
    <w:abstractNumId w:val="1"/>
  </w:num>
  <w:num w:numId="9" w16cid:durableId="26307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422"/>
    <w:rsid w:val="0015074B"/>
    <w:rsid w:val="0029639D"/>
    <w:rsid w:val="00326F90"/>
    <w:rsid w:val="004045C4"/>
    <w:rsid w:val="005B7D87"/>
    <w:rsid w:val="00AA1D8D"/>
    <w:rsid w:val="00B47730"/>
    <w:rsid w:val="00CB0664"/>
    <w:rsid w:val="00E22614"/>
    <w:rsid w:val="00F2331B"/>
    <w:rsid w:val="00FA184F"/>
    <w:rsid w:val="00FB55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8C418"/>
  <w14:defaultImageDpi w14:val="300"/>
  <w15:docId w15:val="{8805978A-F03B-4AAA-BB06-1A63CD5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Sınav Evrakı Teslim-Tesellüm Formu</dc:title>
  <dc:subject>Tarih Bölümü genel kullanım formu</dc:subject>
  <dc:creator>Bandırma Onyedi Eylül Üniversitesi Tarih Bölümü</dc:creator>
  <cp:keywords>sınav evrakı, teslim tesellüm, arşiv</cp:keywords>
  <dc:description>generated by python-docx</dc:description>
  <cp:lastModifiedBy>UĞUR BELEN</cp:lastModifiedBy>
  <cp:revision>3</cp:revision>
  <dcterms:created xsi:type="dcterms:W3CDTF">2013-12-23T23:15:00Z</dcterms:created>
  <dcterms:modified xsi:type="dcterms:W3CDTF">2026-08-03T10:00:00Z</dcterms:modified>
  <cp:category/>
</cp:coreProperties>
</file>